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CURRÍCULO</w:t>
      </w:r>
    </w:p>
    <w:p>
      <w:r>
        <w:t>Nome Completo</w:t>
        <w:br/>
        <w:t>Cidade / Estado</w:t>
        <w:br/>
        <w:t>Telefone | E-mail</w:t>
        <w:br/>
      </w:r>
    </w:p>
    <w:p>
      <w:pPr>
        <w:pStyle w:val="Heading2"/>
      </w:pPr>
      <w:r>
        <w:t>OBJETIVO PROFISSIONAL</w:t>
      </w:r>
    </w:p>
    <w:p>
      <w:r>
        <w:t>Descreva aqui o cargo ou área em que deseja atuar.</w:t>
        <w:br/>
      </w:r>
    </w:p>
    <w:p>
      <w:pPr>
        <w:pStyle w:val="Heading2"/>
      </w:pPr>
      <w:r>
        <w:t>EXPERIÊNCIA PROFISSIONAL</w:t>
      </w:r>
    </w:p>
    <w:p>
      <w:r>
        <w:t>Nome da Empresa – Cargo</w:t>
        <w:br/>
        <w:t>Período de atuação</w:t>
        <w:br/>
        <w:t>• Descreva suas principais atividades e resultados.</w:t>
        <w:br/>
      </w:r>
    </w:p>
    <w:p>
      <w:pPr>
        <w:pStyle w:val="Heading2"/>
      </w:pPr>
      <w:r>
        <w:t>FORMAÇÃO ACADÊMICA</w:t>
      </w:r>
    </w:p>
    <w:p>
      <w:r>
        <w:t>Curso – Instituição</w:t>
        <w:br/>
        <w:t>Ano de conclusão ou em andamento</w:t>
        <w:br/>
      </w:r>
    </w:p>
    <w:p>
      <w:pPr>
        <w:pStyle w:val="Heading2"/>
      </w:pPr>
      <w:r>
        <w:t>HABILIDADES</w:t>
      </w:r>
    </w:p>
    <w:p>
      <w:r>
        <w:t>• Habilidade 1</w:t>
        <w:br/>
        <w:t>• Habilidade 2</w:t>
        <w:br/>
        <w:t>• Habilidade 3</w:t>
        <w:br/>
      </w:r>
    </w:p>
    <w:p>
      <w:pPr>
        <w:pStyle w:val="Heading2"/>
      </w:pPr>
      <w:r>
        <w:t>INFORMAÇÕES ADICIONAIS</w:t>
      </w:r>
    </w:p>
    <w:p>
      <w:r>
        <w:t>Cursos, certificações, idiomas ou outras informações relevantes.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