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CURRÍCULO – PRIMEIRO EMPREGO</w:t>
      </w:r>
    </w:p>
    <w:p>
      <w:r>
        <w:t>Nome Completo</w:t>
        <w:br/>
        <w:t>Cidade / Estado</w:t>
        <w:br/>
        <w:t>Telefone | E-mail</w:t>
        <w:br/>
      </w:r>
    </w:p>
    <w:p>
      <w:pPr>
        <w:pStyle w:val="Heading2"/>
      </w:pPr>
      <w:r>
        <w:t>OBJETIVO PROFISSIONAL</w:t>
      </w:r>
    </w:p>
    <w:p>
      <w:r>
        <w:t>Busco minha primeira oportunidade no mercado de trabalho para desenvolver habilidades profissionais, aprender na prática e contribuir com a empresa.</w:t>
      </w:r>
    </w:p>
    <w:p>
      <w:pPr>
        <w:pStyle w:val="Heading2"/>
      </w:pPr>
      <w:r>
        <w:t>FORMAÇÃO ACADÊMICA</w:t>
      </w:r>
    </w:p>
    <w:p>
      <w:r>
        <w:t>Curso / Ensino Médio – Instituição</w:t>
        <w:br/>
        <w:t>Ano de conclusão ou em andamento</w:t>
        <w:br/>
      </w:r>
    </w:p>
    <w:p>
      <w:pPr>
        <w:pStyle w:val="Heading2"/>
      </w:pPr>
      <w:r>
        <w:t>HABILIDADES</w:t>
      </w:r>
    </w:p>
    <w:p>
      <w:r>
        <w:t>• Organização</w:t>
        <w:br/>
        <w:t>• Vontade de aprender</w:t>
        <w:br/>
        <w:t>• Trabalho em equipe</w:t>
        <w:br/>
        <w:t>• Pontualidade</w:t>
        <w:br/>
        <w:t>• Informática básica</w:t>
        <w:br/>
      </w:r>
    </w:p>
    <w:p>
      <w:pPr>
        <w:pStyle w:val="Heading2"/>
      </w:pPr>
      <w:r>
        <w:t>CURSOS E ATIVIDADES</w:t>
      </w:r>
    </w:p>
    <w:p>
      <w:r>
        <w:t>• Cursos online ou presenciais</w:t>
        <w:br/>
        <w:t>• Projetos escolares</w:t>
        <w:br/>
        <w:t>• Atividades extracurriculares</w:t>
        <w:br/>
      </w:r>
    </w:p>
    <w:p>
      <w:pPr>
        <w:pStyle w:val="Heading2"/>
      </w:pPr>
      <w:r>
        <w:t>INFORMAÇÕES ADICIONAIS</w:t>
      </w:r>
    </w:p>
    <w:p>
      <w:r>
        <w:t>Disponibilidade de horário e facilidade de adaptação.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